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15BF" w:rsidRDefault="0060299B" w14:paraId="62E78DD2" w14:textId="77777777">
      <w:r>
        <w:t>Transcript: Oren — Innovating Silicon Solutions, My Experience at Annapurna Labs</w:t>
      </w:r>
    </w:p>
    <w:p w:rsidR="00BD15BF" w:rsidRDefault="0060299B" w14:paraId="354E8354" w14:textId="77777777">
      <w:r w:rsidR="123DDD5C">
        <w:rPr/>
        <w:t>(English transcreation from the Hebrew, via AIM Transcreate V2)</w:t>
      </w:r>
    </w:p>
    <w:p w:rsidR="4248C7C8" w:rsidRDefault="4248C7C8" w14:paraId="34B75317" w14:textId="0ABC323F"/>
    <w:p w:rsidR="1BAF38E9" w:rsidP="4248C7C8" w:rsidRDefault="1BAF38E9" w14:paraId="26EAE6BB" w14:textId="774667B7">
      <w:pPr>
        <w:rPr>
          <w:i w:val="0"/>
          <w:iCs w:val="0"/>
          <w:u w:val="none"/>
        </w:rPr>
      </w:pPr>
      <w:r w:rsidRPr="4248C7C8" w:rsidR="1BAF38E9">
        <w:rPr>
          <w:i w:val="0"/>
          <w:iCs w:val="0"/>
          <w:u w:val="none"/>
        </w:rPr>
        <w:t>URL: https://www.youtube.com/watch?v=oJ4DkNZPVQs</w:t>
      </w:r>
    </w:p>
    <w:p w:rsidR="00BD15BF" w:rsidRDefault="00BD15BF" w14:paraId="672A6659" w14:textId="77777777"/>
    <w:p w:rsidR="00BD15BF" w:rsidRDefault="0060299B" w14:paraId="21768D76" w14:textId="77777777">
      <w:r>
        <w:t>Oren:</w:t>
      </w:r>
    </w:p>
    <w:p w:rsidR="00BD15BF" w:rsidRDefault="0060299B" w14:paraId="096184B8" w14:textId="77777777">
      <w:r>
        <w:t>Why work at Annapurna? Bottom line: the people, the technology, the best school for life and this industry. Also because you touch so many different areas, not just one field, so you become really well-rounded. Plus there's always room to grow and develop.</w:t>
      </w:r>
    </w:p>
    <w:p w:rsidR="00BD15BF" w:rsidRDefault="00BD15BF" w14:paraId="0A37501D" w14:textId="77777777"/>
    <w:p w:rsidR="00BD15BF" w:rsidRDefault="0060299B" w14:paraId="5DF115E6" w14:textId="77777777">
      <w:r>
        <w:t>What my team actually does: we specialize in developing the entire process that chips go through, to make sure they're delivered to customers in the best possible way.</w:t>
      </w:r>
    </w:p>
    <w:p w:rsidR="00BD15BF" w:rsidRDefault="00BD15BF" w14:paraId="5DAB6C7B" w14:textId="77777777"/>
    <w:p w:rsidR="00BD15BF" w:rsidRDefault="0060299B" w14:paraId="0496AC60" w14:textId="77777777">
      <w:r w:rsidR="123DDD5C">
        <w:rPr/>
        <w:t>I think everyone here has opportunities to advance, whether that's on the management side or leading more technical initiatives. There's a place for almost everyone to reach their potential.</w:t>
      </w:r>
    </w:p>
    <w:p w:rsidR="00BD15BF" w:rsidP="4248C7C8" w:rsidRDefault="00BD15BF" w14:paraId="3593F0FB" w14:textId="595A3482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00BD15BF" w:rsidP="4248C7C8" w:rsidRDefault="00BD15BF" w14:paraId="08028647" w14:textId="71EAC29A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248C7C8" w:rsidR="10980FD8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אורן:</w:t>
      </w:r>
    </w:p>
    <w:p w:rsidR="00BD15BF" w:rsidP="4248C7C8" w:rsidRDefault="00BD15BF" w14:paraId="3C618C59" w14:textId="020B067C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248C7C8" w:rsidR="10980FD8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למה לעבוד ב-</w:t>
      </w:r>
      <w:r w:rsidRPr="4248C7C8" w:rsidR="10980FD8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 w:bidi="ar-SA"/>
        </w:rPr>
        <w:t>Annapurna</w:t>
      </w:r>
      <w:r w:rsidRPr="4248C7C8" w:rsidR="10980FD8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? בעיקרון: אנשים, טכנולוגיה, בית הספר הכי טוב לחיים ולתעשייה הזאת. גם בגלל שנוגעים בהמון המון תחומים ולא רק בתחום אחד, ואז אתה מאוד מגוון, וגם בגלל שיש לך הרבה לאן להתפתח כל הזמן.</w:t>
      </w:r>
    </w:p>
    <w:p w:rsidR="00BD15BF" w:rsidP="4248C7C8" w:rsidRDefault="00BD15BF" w14:paraId="7FDD434F" w14:textId="052E8560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00BD15BF" w:rsidP="4248C7C8" w:rsidRDefault="00BD15BF" w14:paraId="4DB8202B" w14:textId="0D0D64C1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248C7C8" w:rsidR="10980FD8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מה שהצוות שלי עושה בעצם: הוא מתמחה לפתח את כל התהליך שהצ'יפ עובר, כדי להוכיח שהוא יוצא מאיתנו ללקוח בצורה הכי טובה שיש.</w:t>
      </w:r>
    </w:p>
    <w:p w:rsidR="00BD15BF" w:rsidP="4248C7C8" w:rsidRDefault="00BD15BF" w14:paraId="4539BD4C" w14:textId="369ED9D3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00BD15BF" w:rsidP="4248C7C8" w:rsidRDefault="00BD15BF" w14:paraId="5F4B3136" w14:textId="62DF7E2C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248C7C8" w:rsidR="10980FD8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אני חושב שלכולם פה יש הזדמנות להתקדם — אם זה לפן הניהולי או לפן של להוביל דברים טכנולוגיים יותר. יש כמעט לכל אחד מקום להגיע אליו.</w:t>
      </w:r>
    </w:p>
    <w:p w:rsidR="00BD15BF" w:rsidRDefault="00BD15BF" w14:paraId="02EB378F" w14:textId="0D3044F4"/>
    <w:sectPr w:rsidR="00BD15B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9584617">
    <w:abstractNumId w:val="8"/>
  </w:num>
  <w:num w:numId="2" w16cid:durableId="530345597">
    <w:abstractNumId w:val="6"/>
  </w:num>
  <w:num w:numId="3" w16cid:durableId="1852138871">
    <w:abstractNumId w:val="5"/>
  </w:num>
  <w:num w:numId="4" w16cid:durableId="2146854075">
    <w:abstractNumId w:val="4"/>
  </w:num>
  <w:num w:numId="5" w16cid:durableId="1967465214">
    <w:abstractNumId w:val="7"/>
  </w:num>
  <w:num w:numId="6" w16cid:durableId="1850018688">
    <w:abstractNumId w:val="3"/>
  </w:num>
  <w:num w:numId="7" w16cid:durableId="129789216">
    <w:abstractNumId w:val="2"/>
  </w:num>
  <w:num w:numId="8" w16cid:durableId="716703173">
    <w:abstractNumId w:val="1"/>
  </w:num>
  <w:num w:numId="9" w16cid:durableId="32428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7000"/>
    <w:rsid w:val="0060299B"/>
    <w:rsid w:val="00AA1D8D"/>
    <w:rsid w:val="00B47730"/>
    <w:rsid w:val="00BD15BF"/>
    <w:rsid w:val="00CB0664"/>
    <w:rsid w:val="00FC693F"/>
    <w:rsid w:val="10980FD8"/>
    <w:rsid w:val="123DDD5C"/>
    <w:rsid w:val="1BAF38E9"/>
    <w:rsid w:val="4248C7C8"/>
    <w:rsid w:val="6713AEB3"/>
    <w:rsid w:val="6BDC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755EC7B-F741-417D-A44E-AB63BE9D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6F6C3CAC6781458A017D92C092F3B3" ma:contentTypeVersion="13" ma:contentTypeDescription="Create a new document." ma:contentTypeScope="" ma:versionID="53421982d52c58bbe60f011ee2495686">
  <xsd:schema xmlns:xsd="http://www.w3.org/2001/XMLSchema" xmlns:xs="http://www.w3.org/2001/XMLSchema" xmlns:p="http://schemas.microsoft.com/office/2006/metadata/properties" xmlns:ns2="9b00e002-b30f-400c-b7f4-4b759e6987e0" xmlns:ns3="fca3bf07-eb63-41fe-adee-00f1767bb60b" targetNamespace="http://schemas.microsoft.com/office/2006/metadata/properties" ma:root="true" ma:fieldsID="8fca13a4e5e59f6738b968c630bc2b34" ns2:_="" ns3:_="">
    <xsd:import namespace="9b00e002-b30f-400c-b7f4-4b759e6987e0"/>
    <xsd:import namespace="fca3bf07-eb63-41fe-adee-00f1767bb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0e002-b30f-400c-b7f4-4b759e698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3bf07-eb63-41fe-adee-00f1767bb6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c314c00-5f2e-4443-b2f0-ef0a17616c24}" ma:internalName="TaxCatchAll" ma:showField="CatchAllData" ma:web="fca3bf07-eb63-41fe-adee-00f1767bb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a3bf07-eb63-41fe-adee-00f1767bb60b" xsi:nil="true"/>
    <lcf76f155ced4ddcb4097134ff3c332f xmlns="9b00e002-b30f-400c-b7f4-4b759e6987e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E509F4-FC8F-4B26-BF57-C6F58BD43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0e002-b30f-400c-b7f4-4b759e6987e0"/>
    <ds:schemaRef ds:uri="fca3bf07-eb63-41fe-adee-00f1767bb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9D2B7A-CAE7-4B8A-8973-A56386E3CE47}">
  <ds:schemaRefs>
    <ds:schemaRef ds:uri="http://schemas.microsoft.com/office/2006/metadata/properties"/>
    <ds:schemaRef ds:uri="http://schemas.microsoft.com/office/infopath/2007/PartnerControls"/>
    <ds:schemaRef ds:uri="fca3bf07-eb63-41fe-adee-00f1767bb60b"/>
    <ds:schemaRef ds:uri="9b00e002-b30f-400c-b7f4-4b759e6987e0"/>
  </ds:schemaRefs>
</ds:datastoreItem>
</file>

<file path=customXml/itemProps4.xml><?xml version="1.0" encoding="utf-8"?>
<ds:datastoreItem xmlns:ds="http://schemas.openxmlformats.org/officeDocument/2006/customXml" ds:itemID="{57B2A453-4FEC-41E5-A945-C3CB0777DF1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Da Silva, Cheryl</lastModifiedBy>
  <revision>3</revision>
  <dcterms:created xsi:type="dcterms:W3CDTF">2026-10-02T13:35:00.0000000Z</dcterms:created>
  <dcterms:modified xsi:type="dcterms:W3CDTF">2026-10-02T13:36:47.3300469Z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0x010100CF6F6C3CAC6781458A017D92C092F3B3</vt:lpwstr>
  </property>
  <property fmtid="{D5CDD505-2E9C-101B-9397-08002B2CF9AE}" pid="3" name="MSIP_Label_19e68092-05df-4271-8e3e-b2a4c82ba797_Enabled">
    <vt:lpwstr>true</vt:lpwstr>
  </property>
  <property fmtid="{D5CDD505-2E9C-101B-9397-08002B2CF9AE}" pid="4" name="MSIP_Label_19e68092-05df-4271-8e3e-b2a4c82ba797_SetDate">
    <vt:lpwstr>2026-10-02T13:35:38Z</vt:lpwstr>
  </property>
  <property fmtid="{D5CDD505-2E9C-101B-9397-08002B2CF9AE}" pid="5" name="MSIP_Label_19e68092-05df-4271-8e3e-b2a4c82ba797_Method">
    <vt:lpwstr>Standard</vt:lpwstr>
  </property>
  <property fmtid="{D5CDD505-2E9C-101B-9397-08002B2CF9AE}" pid="6" name="MSIP_Label_19e68092-05df-4271-8e3e-b2a4c82ba797_Name">
    <vt:lpwstr>Amazon Confidential</vt:lpwstr>
  </property>
  <property fmtid="{D5CDD505-2E9C-101B-9397-08002B2CF9AE}" pid="7" name="MSIP_Label_19e68092-05df-4271-8e3e-b2a4c82ba797_SiteId">
    <vt:lpwstr>5280104a-472d-4538-9ccf-1e1d0efe8b1b</vt:lpwstr>
  </property>
  <property fmtid="{D5CDD505-2E9C-101B-9397-08002B2CF9AE}" pid="8" name="MSIP_Label_19e68092-05df-4271-8e3e-b2a4c82ba797_ActionId">
    <vt:lpwstr>54707eb6-b625-4056-9488-01adff32804f</vt:lpwstr>
  </property>
  <property fmtid="{D5CDD505-2E9C-101B-9397-08002B2CF9AE}" pid="9" name="MSIP_Label_19e68092-05df-4271-8e3e-b2a4c82ba797_ContentBits">
    <vt:lpwstr>0</vt:lpwstr>
  </property>
  <property fmtid="{D5CDD505-2E9C-101B-9397-08002B2CF9AE}" pid="10" name="MSIP_Label_19e68092-05df-4271-8e3e-b2a4c82ba797_Tag">
    <vt:lpwstr>10, 3, 0, 2</vt:lpwstr>
  </property>
  <property fmtid="{D5CDD505-2E9C-101B-9397-08002B2CF9AE}" pid="11" name="MediaServiceImageTags">
    <vt:lpwstr/>
  </property>
</Properties>
</file>