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Video Transcript</w:t>
      </w:r>
    </w:p>
    <w:p>
      <w:r>
        <w:t>[VO] Benvenuto in Amazon.</w:t>
      </w:r>
    </w:p>
    <w:p>
      <w:r>
        <w:t>[AD] Appare la scritta “Addetto, centro di smistamento”.</w:t>
      </w:r>
    </w:p>
    <w:p>
      <w:r>
        <w:t>Entrando nel nostro team, potresti lavorare in un centro di smistamento. In questa tipologia di magazzino, si ricevono i pacchi provenienti dai centri di distribuzione che qui vengono smistati per essere spediti ai depositi di smistamento prima della consegna finale al cliente. Dunque, come potrebbe essere la tua giornata? Le tue mansioni quotidiane potrebbero includere la gestione delle spedizioni in arrivo e in partenza dal nostro magazzino, lo smistamento dei pacchi nei contenitori, l'organizzazione dei contenitori pronti per essere caricati sui camion, il caricamento dei contenitori sui camion oppure potresti aiutare gli autisti a partire puntuali e in sicurezza. Una cosa da tenere a mente è che la tua giornata potrebbe prevedere un'attività principale oppure l'alternanza tra più mansioni. Apprezziamo le persone flessibili, pronte ad aiutare dove occorre. Ecco cosa dovresti sapere se lavorerai con noi. Si tratta di un ruolo attivo nel magazzino in cui ti muoverai durante il tuo turno. Potresti dover sollevare oggetti di peso diverso, nel rispetto della normativa locale. Il lavoro prevede anche camminare, piegarsi, usare le scale e scanner elettronici portatili. Lavorerai vicino a macchinari in movimento, quindi potrebbero esserci variazioni di temperatura e diversi livelli di rumore. In alcune postazioni sono presenti anche luci lampeggianti. Diamo massima priorità alla tua sicurezza e per questo forniamo tutti i dispositivi di protezione e la formazione necessari a garantire un ambiente di lavoro sicuro. Ci aspettiamo, inoltre, che tutti i membri del team rispettino le norme e le procedure di sicurezza per proteggere se  tessi e i colleghi. E non è richiesta esperienza precedente. Offriamo noi la formazione completa e l'opportunità di sviluppare nuove competenze mentre cresci insieme a noi. Entra nel nostro team e aiutaci a regalare sorrisi ai clienti.</w:t>
      </w:r>
    </w:p>
    <w:p>
      <w:r>
        <w:t>[AD] Una freccia è a forma di sorriso.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azon Ember" w:hAnsi="Amazon Embe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