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Video Transcript</w:t>
      </w:r>
    </w:p>
    <w:p>
      <w:r>
        <w:t>[VO] Vitajte v Amazone.</w:t>
      </w:r>
    </w:p>
    <w:p>
      <w:r>
        <w:t>[AD] Viacerí členovia tímu majú na sebe žlté a oranžové reflexné vesty.</w:t>
      </w:r>
    </w:p>
    <w:p>
      <w:r>
        <w:t>[VO] Každý deň si milióny zákazníkov zo sveta niečo objednávajú a za každou zásielkou stojí sieť ľudí, ktorí to umožňujú. Od chvíle, keď produkt vstúpi do našich priestorov, až po moment, keď dorazí k dverám zákazníka, naše prevádzkové tímy udržiavajú všetko v chode. A keď sa pridáte k Amazonu, stanete sa súčasťou tohto tímu a našej cesty. Môžete pracovať v jednom z mnohých typov prevádzok, každá z nich však zohráva jedinečnú úlohu pri doručovaní objednávok zákazníkom. Ako by teda mohol vyzerať váš deň? V závislosti od toho, kde v našej sieti pracujete, bude váš deň vyzerať inak. V našich prevádzkach First Mile, východiskovom bode každej zákazníckej objednávky, môžete prijímať a uskladňovať veľké objemy tovaru pri jeho vstupe do našej siete. Alebo vychystávať a baliť objednávky pred ich ďalším odoslaním. Môžete tiež pomáhať so špecializovanými úlohami, ako sú inventúrne kontroly, alebo pracovať s konkrétnymi kategóriami produktov vrátane potravín, oblečenia a kníh. Na našich pracoviskách pre vrátený tovar môžete spracovávať položky, ktoré zákazníci vrátili, kontrolovať produkty, triediť ich podľa stavu a pripravovať na opätovné naskladnenie pomocou ručných skenerov. Bez ohľadu na prevádzku sa váš deň môže sústrediť na jednu kľúčovú úlohu, alebo sa môžete presúvať medzi viacerými. Toto by ste mali vedieť o práci u nás.</w:t>
      </w:r>
    </w:p>
    <w:p>
      <w:r>
        <w:t>[AD] Ľudia tlačia vozíky.</w:t>
      </w:r>
    </w:p>
    <w:p>
      <w:r>
        <w:t>[VO] Ide o aktívnu pozíciu v sklade, pri ktorej sa budete pohybovať počas celej zmeny. Môžete očakávať zdvíhanie predmetov rôznej hmotnosti v súlade s miestnou legislatívou. Práca môže zahŕňať aj chôdzu, zohýbanie sa, používanie rebríkov a elektronických ručných skenerov.</w:t>
      </w:r>
    </w:p>
    <w:p>
      <w:r>
        <w:t>[AD] Zobrazia sa slová.</w:t>
      </w:r>
    </w:p>
    <w:p>
      <w:r>
        <w:t>[VO] Vaša bezpečnosť je našou najvyššou prioritou a poskytujeme všetky potrebné ochranné pomôcky a školenia na zabezpečenie bezpečného pracovného prostredia. Zároveň očakávame, že všetci členovia tímu budú dodržiavať bezpečnostné pravidlá a postupy, aby chránili seba a svojich kolegov. Nepotrebujete žiadne predchádzajúce skúsenosti. Poskytujeme kompletné zaškolenie a príležitosť na rozvoj nových zručností počas toho, ako sa budete s nami zdokonaľovať. Pridajte sa k nám a pomôžte nám dodávať úsmevy zákazníkom.</w:t>
      </w:r>
    </w:p>
    <w:p>
      <w:r>
        <w:t>[AD] Šípka vytvorí úsmev.</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azon Ember" w:hAnsi="Amazon Emb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