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Welcome to Amazon.</w:t>
      </w:r>
    </w:p>
    <w:p>
      <w:r>
        <w:t>[AD] A graphic appears. It reads 'Associate. Amazon Warehouse.'</w:t>
      </w:r>
    </w:p>
    <w:p>
      <w:r>
        <w:t>[VO] Every day, millions of customers</w:t>
        <w:br/>
        <w:t>around the world place orders,</w:t>
        <w:br/>
        <w:t>and behind every one of those deliveries</w:t>
        <w:br/>
        <w:t>is a network of people making it happen.</w:t>
      </w:r>
    </w:p>
    <w:p>
      <w:r>
        <w:t>[AD] A customer receives an Amazon delivery package.</w:t>
      </w:r>
    </w:p>
    <w:p>
      <w:r>
        <w:t>[VO] So what could your day be like? Depending on where you work in our network, your day will look different. In our first mile facilities, our fulfilment centres and inbound sites, you might be receiving and storing large volumes of goods as they enter our network, or picking and packing orders before they move on. These are the starting point of every customer order. In our middle mile facilities, our sortation centres, you could be sorting packages and making sure they're directed to the right location, keeping the network moving between our fulfilment and delivery sites. In our last mile facilities, our delivery stations, you might be loading delivery bags and preparing everything ready for collection by our delivery drivers who take them on that final step straight to the customer's door. You may also support specialist tasks, from inventory checks to handling specialist product types, including food, clothing and books.</w:t>
      </w:r>
    </w:p>
    <w:p>
      <w:r>
        <w:t>[AD] A team member pulls a line of trollies.</w:t>
      </w:r>
    </w:p>
    <w:p>
      <w:r>
        <w:t>[VO] Whatever the facility, your day may focus on one key task or you might move between several. We value team members who can be flexible and help where needed.</w:t>
      </w:r>
    </w:p>
    <w:p>
      <w:r>
        <w:t>[AD] Team members sort packages.</w:t>
      </w:r>
    </w:p>
    <w:p>
      <w:r>
        <w:t>[VO] Here's what you should know about working with us. This is an active warehouse role where you will be moving throughout your shift. You can expect to lift items of varying weight within local legislation.</w:t>
      </w:r>
    </w:p>
    <w:p>
      <w:r>
        <w:t>[AD] Team members lift together.</w:t>
      </w:r>
    </w:p>
    <w:p>
      <w:r>
        <w:t>[VO] The job can include walking, bending down, using ladders, and using electronic hand scanners. You'll work around moving equipment so you may experience temperature changes and encounter various noise levels. Some workstations also include flashing lights. Your safety is our top priority, and we provide all necessary protective equipment and training to ensure a secure work environment. We also expect all team members to follow safety rules and procedures to keep themselves and their colleagues safe. And you don't need prior experience. We provide full training and opportunities to develop new skills as you grow with us. Join our team and help us deliver smiles to customers.</w:t>
      </w:r>
    </w:p>
    <w:p>
      <w:r>
        <w:t>[AD] An arrow forms a smile.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