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Vítejte v Amazonu.</w:t>
      </w:r>
    </w:p>
    <w:p>
      <w:r>
        <w:t>[AD] Tým nosí r eflexní vesty.</w:t>
      </w:r>
    </w:p>
    <w:p>
      <w:r>
        <w:t>[VO] Každý den si miliony zákazníků po celém světě objednávají zboží. Za každou doručenou zásilkou stojí síť lidí, díky kterým to celé funguje. Od okamžiku, kdy výrobek dorazí do našich prostor, až do chvíle, kdy se objeví u dveří zákazníka, ho udržují v pohybu naše provozní týmy. Když nastoupíte do Amazonu, zapojíte se do tohoto týmu a stanete se součástí tohoto procesu. Budete pracovat v jednom z mnoha typů našich zařízení. Každé má jedinečnou roli v doručování objednávek k zákazníkům. Záleží hlavně na tom, kde přesně v naší síti budete pracovat. V zařízeních tzv. první míle, kde každá objednávka začíná, budete například přebírat a zaskladňovat velký objem zboží, které právě vstupuje do naší sítě, nebo vychystávat a balit objednávky, než vyrazí na další cestu. Možná vás budou čekat specializované úkoly, jako jsou inventurní kontroly, nebo budete mít na starosti konkrétní kategorie zboží, ať už jde o potraviny, oblečení nebo knihy. V našich pracovištích pro vrácené zboží se zpracovávají výrobky zaslané zákazníky zpět. Zde budete výrobky kontrolovat, třídit je podle stavu a připravovat k opětovnému naskladnění pomocí ručních skenerů. Ať už budete kdekoli, může se váš den točit kolem jednoho hlavního úkolu, nebo jich během směny vystřídáte víc. Zvláště si ceníme členů týmu, kteří dokáží být flexibilní a pomoci, kde je zrovna potřeba. O práci u nás byste měli vědět několik věcí. Jedná se o práci v logistickém centru, takže budete celou směnu v pohybu. Počítejte s tím, že budete zvedat různě těžké předměty v souladu s místní legislativou. Práce může zahrnovat i chůzi, ohýbání se, používání schůdků a ručních elektronických skenerů. Budete pracovat v blízkosti pohybujících se zařízení, takže můžete být vystaveni teplotním výkyvům a setkávat se s různou mírou hluku. Některá pracoviště jsou navíc vybavena blikajícími světly. Od všech členů týmu také očekáváme, že budou dodržovat bezpečnostní pravidla a postupy, aby ochránili sebe i své kolegy. Nemusíte mít žádné předchozí zkušenosti. Všechno vás naučíme a jak porostete s námi, dáme vám prostor k rozvoji nových dovedností. Přidejte se k našemu týmu a pomozte nám doručovat zákazníkům úsměvy.</w:t>
      </w:r>
    </w:p>
    <w:p>
      <w:r>
        <w:t>[AD] Šipka tvoří úsměv.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