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Video Transcript</w:t>
      </w:r>
    </w:p>
    <w:p>
      <w:r>
        <w:t>[VO] Když se připojíte k našemu týmu, budete pracovat v distribučním centru. A to v takovém, které využívá roboty, aby práce byla bezpečnější a efektivnější. Jak tedy může vypadat váš den? Úkoly můžou zahrnovat manipulaci s novými produkty, když k nám dorazí, jejich naskladnění do úložných modulů, které přemisťují roboti, nebo můžete vychystávat položky z modulů, když přijde objednávka. Připravovat objednávky pečlivým zabalením do krabic a přípravou k přepravě. Nebo zajišťovat, aby všechny položky byly správně vytříděny a naloženy včas k přepravě. Můžete mít na starosti dodržování vysokých standardů prováděním inventury a kontrolou přesnosti. Na jednu věc je třeba myslet. Během dne můžete zastávat jednu či více rolí. Vážíme si těch, kteří jsou flexibilní a pomůžou, když je třeba. Tohle byste o práci u nás měli vědět: Jde o roli, která vyžaduje aktivní přístup a ve které budete celý den v pohybu. Budete zvedat různě těžké předměty v souladu s místní legislativou. Práce může zahrnovat chůzi, ohýbání se, používání schůdků a ručních elektronických skenerů. Budete pracovat v blízkosti pohybujících se zařízení. Můžete být vystaveni teplotním výkyvům a setkávat se s různou mírou hluku. Některá pracoviště jsou navíc vybavena blikajícími světly. Vaše bezpečnost je pro nás prioritou. Poskytneme vám ochranné pomůcky a projdete školením k zajištění bezpečného pracovního prostředí. Poskytneme vám kompletní školení. A jak budete růst, dáme vám prostor k rozvoji nových dovedností. Přidejte se k nám a pomozte nám doručovat zákazníkům úsměvy.</w:t>
        <w:br/>
        <w:br/>
        <w:t>[AD] Šipka tvoří úsměv.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