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Video Transcript</w:t>
      </w:r>
    </w:p>
    <w:p>
      <w:r>
        <w:t>[VO] Bienvenue chez Amazon.</w:t>
      </w:r>
    </w:p>
    <w:p>
      <w:r>
        <w:t>[AD] Une image s'affiche. Elle indique : « Agent. Centre de tri ».</w:t>
      </w:r>
    </w:p>
    <w:p>
      <w:r>
        <w:t>[VO] En rejoignant notre équipe, tu pourras travailler au sein d'un centre de tri. Ce type de site reçoit les colis en provenance des sites de distribution, puis les trie avant leur envoi dans nos agences de livraison jusqu'au client final. Alors, à quoi pourrait ressembler ta journée ? Tes missions quotidiennes peuvent aller de la gestion des arrivées et des départs de colis, au tri des colis dans des palettes dédiées, à l'organisation de ces palettes avant leur chargement dans les camions, ou encore à leur chargement. Tu pourras aussi aider les chauffeurs à partir en toute sécurité et à l'heure. Ta journée peut être consacrée à une seule mission, ou à plusieurs tâches différentes. Nous recherchons des personnes flexibles, prêtes à aider là où c'est nécessaire.</w:t>
      </w:r>
    </w:p>
    <w:p>
      <w:r>
        <w:t>[AD] Des membres de l'équipe portent des gilets haute visibilité.</w:t>
      </w:r>
    </w:p>
    <w:p>
      <w:r>
        <w:t>[VO] Voici l'essentiel à savoir pour travailler avec nous. Il s'agit d'un poste actif en entrepôt, impliquant des déplacements ainsi que la manipulation de charges de poids variable, dans le respect de la législation locale. Le poste peut aussi inclure de la marche, des flexions, l'utilisation d'échelles et de scanners électroniques portables. Tu travailleras près d'équipements en mouvement, avec des variations de température et de bruit selon les zones. Certains postes incluent aussi des lumières clignotantes. Ta sécurité est notre priorité. Nous fournissons les équipements et la formation nécessaires pour garantir un environnement de travail sûr. Chaque membre de l'équipe doit respecter les règles et les procédures pour sa sécurité et celle des autres. Aucune expérience n'est requise, nous te formons et t'accompagnons dans le développement de tes compétences. Rejoins notre équipe et apporte des sourires à nos clients.</w:t>
      </w:r>
    </w:p>
    <w:p>
      <w:r>
        <w:t>[AD] Une flèche forme un sourire.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azon Ember" w:hAnsi="Amazon Emb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