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74CC" w:rsidRDefault="00E9247F" w14:paraId="644B4F20" w14:textId="77777777">
      <w:r w:rsidR="00E9247F">
        <w:rPr/>
        <w:t>Transcript: Anna — Breaking Barriers in Chip Design, My Role at Annapurna Labs</w:t>
      </w:r>
    </w:p>
    <w:p w:rsidR="009374CC" w:rsidRDefault="009374CC" w14:paraId="672A6659" w14:noSpellErr="1" w14:textId="1649465F">
      <w:r w:rsidR="2AC439BE">
        <w:rPr/>
        <w:t>URL: https://www.youtube.com/watch?v=Pn91UkdhzpQ</w:t>
      </w:r>
    </w:p>
    <w:p w:rsidR="009374CC" w:rsidRDefault="00E9247F" w14:paraId="5E3128DE" w14:textId="77777777">
      <w:r>
        <w:t>Anna:</w:t>
      </w:r>
    </w:p>
    <w:p w:rsidR="009374CC" w:rsidRDefault="00E9247F" w14:paraId="1DAEA8D4" w14:textId="77777777">
      <w:r>
        <w:t>I think what makes Annapurna unique and complex is really the systemic flows, the architecture, the connectivity — basically how it all connects to the DAS itself and the services we deliver to our customers.</w:t>
      </w:r>
    </w:p>
    <w:p w:rsidR="009374CC" w:rsidRDefault="00E9247F" w14:paraId="50B39CC2" w14:textId="77777777">
      <w:r>
        <w:t>They share their vision with us, and we figure out how to make it happen with our hardware.</w:t>
      </w:r>
    </w:p>
    <w:p w:rsidR="009374CC" w:rsidRDefault="00E9247F" w14:paraId="71D6436A" w14:textId="77777777">
      <w:r>
        <w:t>The knowledge in this company is incredible, and the fact that I'm constantly growing and learning — that's what matters to me personally, and it's what I love most about the complexity.</w:t>
      </w:r>
    </w:p>
    <w:p w:rsidR="009374CC" w:rsidRDefault="009374CC" w14:paraId="0A37501D" w14:textId="77777777"/>
    <w:p w:rsidR="23486B68" w:rsidRDefault="23486B68" w14:paraId="6575D0B0" w14:textId="672AEA38"/>
    <w:p w:rsidR="23486B68" w:rsidP="23486B68" w:rsidRDefault="23486B68" w14:paraId="1B43D687" w14:textId="26096003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41F10B3B" w:rsidP="23486B68" w:rsidRDefault="41F10B3B" w14:paraId="73CFD258" w14:textId="01DFCD3A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כותרת: פריצת מחסומים בעיצוב שבבים — התפקיד שלי ב-</w:t>
      </w: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 w:bidi="ar-SA"/>
        </w:rPr>
        <w:t>Annapurna Labs</w:t>
      </w:r>
    </w:p>
    <w:p w:rsidR="41F10B3B" w:rsidP="23486B68" w:rsidRDefault="41F10B3B" w14:paraId="2019A8F5" w14:textId="67825A50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דוברת: אנה</w:t>
      </w:r>
    </w:p>
    <w:p w:rsidR="41F10B3B" w:rsidP="23486B68" w:rsidRDefault="41F10B3B" w14:paraId="06A04557" w14:textId="6F9843D5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שפה: עברית</w:t>
      </w:r>
    </w:p>
    <w:p w:rsidR="41F10B3B" w:rsidP="23486B68" w:rsidRDefault="41F10B3B" w14:paraId="0FBB39CD" w14:textId="47DF61C5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משך: כ-</w:t>
      </w: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 w:bidi="ar-SA"/>
        </w:rPr>
        <w:t>38</w:t>
      </w: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 xml:space="preserve"> שניות</w:t>
      </w:r>
    </w:p>
    <w:p w:rsidR="41F10B3B" w:rsidP="23486B68" w:rsidRDefault="41F10B3B" w14:paraId="7A11A796" w14:textId="0F1107B6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הערה: ללא מוזיקה או צלילים שאינם דיבור.</w:t>
      </w:r>
    </w:p>
    <w:p w:rsidR="23486B68" w:rsidP="23486B68" w:rsidRDefault="23486B68" w14:paraId="068F7711" w14:textId="3D7C62AF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41F10B3B" w:rsidP="23486B68" w:rsidRDefault="41F10B3B" w14:paraId="7219667D" w14:textId="0ED0E6D0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/>
        </w:rPr>
        <w:t>---</w:t>
      </w:r>
    </w:p>
    <w:p w:rsidR="23486B68" w:rsidP="23486B68" w:rsidRDefault="23486B68" w14:paraId="1CCC1A85" w14:textId="35D408AB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41F10B3B" w:rsidP="23486B68" w:rsidRDefault="41F10B3B" w14:paraId="139D0D8D" w14:textId="71F485A2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אנה:</w:t>
      </w:r>
    </w:p>
    <w:p w:rsidR="41F10B3B" w:rsidP="23486B68" w:rsidRDefault="41F10B3B" w14:paraId="49F523B1" w14:textId="13BC34BE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 xml:space="preserve">אני חושבת שהייחודיות והמורכבות של </w:t>
      </w: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 w:bidi="ar-SA"/>
        </w:rPr>
        <w:t>Annapurna</w:t>
      </w: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 xml:space="preserve"> זה בעצם בפלואים הסיסטמיים, בארכיטקטורה, בחיבוריות — בעצם ל-</w:t>
      </w: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 w:bidi="ar-SA"/>
        </w:rPr>
        <w:t>AWS</w:t>
      </w: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 xml:space="preserve"> עצמו, לסרוויסים שאנחנו נותנים ללקוח. הם משקפים לנו את החלום, ואנחנו רואים איך אנחנו יכולים לממש אותו ברמה של החומרה שלנו.</w:t>
      </w:r>
    </w:p>
    <w:p w:rsidR="23486B68" w:rsidP="23486B68" w:rsidRDefault="23486B68" w14:paraId="0CE91E00" w14:textId="2605DB02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</w:p>
    <w:p w:rsidR="41F10B3B" w:rsidP="23486B68" w:rsidRDefault="41F10B3B" w14:paraId="0991088D" w14:textId="1C62649D">
      <w:pPr>
        <w:bidi w:val="1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rtl w:val="1"/>
          <w:lang w:val="en-US" w:bidi="ar-SA"/>
        </w:rPr>
        <w:t>הידע שיש בחברה הזאת הוא עצום, ובעצם זה שאני כל הזמן ממשיכה להתפתח וללמוד — זה הדבר שגם חשוב לי ברמה האישית, וגם מה שאני מאוד אוהבת ב-</w:t>
      </w:r>
      <w:r w:rsidRPr="23486B68" w:rsidR="41F10B3B">
        <w:rPr>
          <w:rFonts w:ascii="Arial" w:hAnsi="Arial" w:eastAsia="Arial" w:cs="Arial"/>
          <w:b w:val="0"/>
          <w:bCs w:val="0"/>
          <w:i w:val="0"/>
          <w:iCs w:val="0"/>
          <w:noProof w:val="0"/>
          <w:sz w:val="22"/>
          <w:szCs w:val="22"/>
          <w:lang w:val="en-US" w:bidi="ar-SA"/>
        </w:rPr>
        <w:t>Annapurna.</w:t>
      </w:r>
    </w:p>
    <w:p w:rsidR="23486B68" w:rsidRDefault="23486B68" w14:paraId="1107199C" w14:textId="5D27B560"/>
    <w:sectPr w:rsidR="009374CC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948119478">
    <w:abstractNumId w:val="8"/>
  </w:num>
  <w:num w:numId="2" w16cid:durableId="595284836">
    <w:abstractNumId w:val="6"/>
  </w:num>
  <w:num w:numId="3" w16cid:durableId="13658567">
    <w:abstractNumId w:val="5"/>
  </w:num>
  <w:num w:numId="4" w16cid:durableId="785974021">
    <w:abstractNumId w:val="4"/>
  </w:num>
  <w:num w:numId="5" w16cid:durableId="794367777">
    <w:abstractNumId w:val="7"/>
  </w:num>
  <w:num w:numId="6" w16cid:durableId="88742612">
    <w:abstractNumId w:val="3"/>
  </w:num>
  <w:num w:numId="7" w16cid:durableId="1489322383">
    <w:abstractNumId w:val="2"/>
  </w:num>
  <w:num w:numId="8" w16cid:durableId="1269048782">
    <w:abstractNumId w:val="1"/>
  </w:num>
  <w:num w:numId="9" w16cid:durableId="1897276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374CC"/>
    <w:rsid w:val="00AA1D8D"/>
    <w:rsid w:val="00B47730"/>
    <w:rsid w:val="00CA3E10"/>
    <w:rsid w:val="00CB0664"/>
    <w:rsid w:val="00E9247F"/>
    <w:rsid w:val="00FC693F"/>
    <w:rsid w:val="0A91085B"/>
    <w:rsid w:val="23486B68"/>
    <w:rsid w:val="2AC439BE"/>
    <w:rsid w:val="41F10B3B"/>
    <w:rsid w:val="6CD0D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698B7AB-EF09-4CC9-BBA7-77200A23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6F6C3CAC6781458A017D92C092F3B3" ma:contentTypeVersion="13" ma:contentTypeDescription="Create a new document." ma:contentTypeScope="" ma:versionID="53421982d52c58bbe60f011ee2495686">
  <xsd:schema xmlns:xsd="http://www.w3.org/2001/XMLSchema" xmlns:xs="http://www.w3.org/2001/XMLSchema" xmlns:p="http://schemas.microsoft.com/office/2006/metadata/properties" xmlns:ns2="9b00e002-b30f-400c-b7f4-4b759e6987e0" xmlns:ns3="fca3bf07-eb63-41fe-adee-00f1767bb60b" targetNamespace="http://schemas.microsoft.com/office/2006/metadata/properties" ma:root="true" ma:fieldsID="8fca13a4e5e59f6738b968c630bc2b34" ns2:_="" ns3:_="">
    <xsd:import namespace="9b00e002-b30f-400c-b7f4-4b759e6987e0"/>
    <xsd:import namespace="fca3bf07-eb63-41fe-adee-00f1767bb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0e002-b30f-400c-b7f4-4b759e698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7839dc8-c537-42b6-a5a9-a537040d2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3bf07-eb63-41fe-adee-00f1767bb6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c314c00-5f2e-4443-b2f0-ef0a17616c24}" ma:internalName="TaxCatchAll" ma:showField="CatchAllData" ma:web="fca3bf07-eb63-41fe-adee-00f1767bb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a3bf07-eb63-41fe-adee-00f1767bb60b" xsi:nil="true"/>
    <lcf76f155ced4ddcb4097134ff3c332f xmlns="9b00e002-b30f-400c-b7f4-4b759e6987e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669F33-FCDA-40E8-AB05-98094F281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0e002-b30f-400c-b7f4-4b759e6987e0"/>
    <ds:schemaRef ds:uri="fca3bf07-eb63-41fe-adee-00f1767bb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561189-12C8-4AD8-B588-F10FE1E9C665}">
  <ds:schemaRefs>
    <ds:schemaRef ds:uri="http://schemas.microsoft.com/office/2006/metadata/properties"/>
    <ds:schemaRef ds:uri="http://schemas.microsoft.com/office/infopath/2007/PartnerControls"/>
    <ds:schemaRef ds:uri="fca3bf07-eb63-41fe-adee-00f1767bb60b"/>
    <ds:schemaRef ds:uri="9b00e002-b30f-400c-b7f4-4b759e6987e0"/>
  </ds:schemaRefs>
</ds:datastoreItem>
</file>

<file path=customXml/itemProps4.xml><?xml version="1.0" encoding="utf-8"?>
<ds:datastoreItem xmlns:ds="http://schemas.openxmlformats.org/officeDocument/2006/customXml" ds:itemID="{1DCD8824-4357-4911-99AA-2A29F883076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Da Silva, Cheryl</lastModifiedBy>
  <revision>4</revision>
  <dcterms:created xsi:type="dcterms:W3CDTF">2026-10-02T13:37:00.0000000Z</dcterms:created>
  <dcterms:modified xsi:type="dcterms:W3CDTF">2026-10-02T13:38:20.8272057Z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0x010100CF6F6C3CAC6781458A017D92C092F3B3</vt:lpwstr>
  </property>
  <property fmtid="{D5CDD505-2E9C-101B-9397-08002B2CF9AE}" pid="3" name="MSIP_Label_19e68092-05df-4271-8e3e-b2a4c82ba797_Enabled">
    <vt:lpwstr>true</vt:lpwstr>
  </property>
  <property fmtid="{D5CDD505-2E9C-101B-9397-08002B2CF9AE}" pid="4" name="MSIP_Label_19e68092-05df-4271-8e3e-b2a4c82ba797_SetDate">
    <vt:lpwstr>2026-10-02T13:37:56Z</vt:lpwstr>
  </property>
  <property fmtid="{D5CDD505-2E9C-101B-9397-08002B2CF9AE}" pid="5" name="MSIP_Label_19e68092-05df-4271-8e3e-b2a4c82ba797_Method">
    <vt:lpwstr>Standard</vt:lpwstr>
  </property>
  <property fmtid="{D5CDD505-2E9C-101B-9397-08002B2CF9AE}" pid="6" name="MSIP_Label_19e68092-05df-4271-8e3e-b2a4c82ba797_Name">
    <vt:lpwstr>Amazon Confidential</vt:lpwstr>
  </property>
  <property fmtid="{D5CDD505-2E9C-101B-9397-08002B2CF9AE}" pid="7" name="MSIP_Label_19e68092-05df-4271-8e3e-b2a4c82ba797_SiteId">
    <vt:lpwstr>5280104a-472d-4538-9ccf-1e1d0efe8b1b</vt:lpwstr>
  </property>
  <property fmtid="{D5CDD505-2E9C-101B-9397-08002B2CF9AE}" pid="8" name="MSIP_Label_19e68092-05df-4271-8e3e-b2a4c82ba797_ActionId">
    <vt:lpwstr>33821aa2-281a-4971-84c3-31cac7b12dd3</vt:lpwstr>
  </property>
  <property fmtid="{D5CDD505-2E9C-101B-9397-08002B2CF9AE}" pid="9" name="MSIP_Label_19e68092-05df-4271-8e3e-b2a4c82ba797_ContentBits">
    <vt:lpwstr>0</vt:lpwstr>
  </property>
  <property fmtid="{D5CDD505-2E9C-101B-9397-08002B2CF9AE}" pid="10" name="MSIP_Label_19e68092-05df-4271-8e3e-b2a4c82ba797_Tag">
    <vt:lpwstr>10, 3, 0, 2</vt:lpwstr>
  </property>
  <property fmtid="{D5CDD505-2E9C-101B-9397-08002B2CF9AE}" pid="11" name="MediaServiceImageTags">
    <vt:lpwstr/>
  </property>
</Properties>
</file>