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Video Transcript</w:t>
      </w:r>
    </w:p>
    <w:p>
      <w:r>
        <w:t>[VO] Witamy w Amazon. Dołączając do naszego zespołu możesz pracować w centrum logistycznym, a konkretnie w takim, gdzie wykorzystujemy roboty, które zwiększają bezpieczeństwo i wydajność pracowników.Jak będzie wyglądać Twój dzień? Twoje codzienne zadania mogą obejmować obsługę nowych produktów po ich dostarczeniu do naszego obiektu, jak i umieszczanie towarów w mobilnych regałach, które są przemieszczane przez roboty. Możesz też pobierać towary z mobilnych regałów na zamówienie klientów. Możesz przygotowywać zamówienia klientów, starannie pakując pudełka i przygotowując je do wysyłki. Możesz też dbać o to, by wszystkie paczki były prawidłowo posortowane i terminowo załadowane do ciężarówek. Możesz również pomagać w utrzymaniu naszych wysokich standardów jakości, przeprowadzając inwentaryzację towaru i kontrolę dokładności.Twoja codzienna praca w Amazon… Warto pamiętać, że dzień pracy może skupiać się na jednym kluczowym zadaniu lub na kilku różnych. Doceniamy pracowników zespołu, którzy są otwarci na zmiany i pomagają tam, gdzie zaistnieje potrzeba. Co należy wiedzieć. Oto, co należy wiedzieć o pracy z nami. To stanowisko aktywnej pracy w centrum logistycznym, co oznacza ciągły ruch przez całą zmianę. Pracownik podnosi przedmioty o różnej masie zgodnie z lokalnymi przepisami. Chodzi i schyla się, oraz korzysta z drabinek i elektronicznych skanerów ręcznych. Praca odbywa się w otoczeniu działających urządzeń i maszyn, co wiąże się ze zmianami temperatury i poziomu hałasu. W niektórych miejscach występują również migające światła. Bezpieczeństwo pracowników jest dla nas najważniejsze, dlatego zapewniamy niezbędne środki ochrony indywidualnej i kompleksowe szkolenia z zakresu bezpieczeństwa pracy. Zapewniamy pełne przeszkolenie i możliwości zdobycia nowych umiejętności wraz z rozwojem kariery w naszej firmie. Dołącz do nas już dziś! Dołącz do nas i razem dostarczajmy radość klientom.</w:t>
        <w:br/>
        <w:br/>
        <w:t>[AD] Strzałka zmienia się w uśmiech.</w:t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