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Video Transcript</w:t>
      </w:r>
    </w:p>
    <w:p>
      <w:r>
        <w:t>[VO] Witamy w Amazon.</w:t>
        <w:br/>
        <w:br/>
        <w:t>[AD] Liczni członkowie zespołu noszą żółto-pomarańczowe kamizelki odblaskowe.</w:t>
        <w:br/>
        <w:br/>
        <w:t>[VO] Każdego dnia miliony klientów na całym świecie składają zamówienia, a za każdym doręczeniem stoi cały zespół ludzi. Od chwili, gdy produkt trafia do nas, do momentu, gdy dociera do drzwi klienta, nasz zespół operacyjny sprawuje kontrolę nad wszystkim. Gdy dołączasz do Amazon, stajesz się częścią tego zespołu i tego procesu. Możesz pracować w jednym z wielu zróżnicowanych centrów logistycznych. Każde z nich odgrywa unikalną role w doręczeniu zamówień klientom. W zależności od tego, w którym miejscu naszej sieci będziesz pracować, Twój dzień będzie wyglądał inaczej. W naszych centrach logistycznych pracownicy przyjmują i procesują tysiące produktów, które codziennie docierają do naszej sieci lub kompletują i pakują zamówienia przygotowując je do wysyłki. Mogą też wspierać realizację zadań specjalnych, jak kontrola stanów magazynowych czy praca z konkretnymi kategoriami produktów, jak żywność, odzież czy książki. W centrach obsługi zwrotów pracownicy przyjmują produkty odesłane przez klientów, sprawdzają ich stan, sortują i przygotowują do ponownej sprzedaży, korzystając z ręcznych skanerów. Niezależnie od lokalizacji, dzień pracy może skupiać się na jednym kluczowym zadaniu lub na kilku różnych. Doceniamy pracowników zespołu, którzy są otwarci na zmiany i pomagają tam, gdzie zaistnieje potrzeba. Oto, co należy wiedzieć o pracy z nami.</w:t>
        <w:br/>
        <w:br/>
        <w:br/>
        <w:t>[AD] Widzimy osoby popychające wózki.</w:t>
        <w:br/>
        <w:br/>
        <w:t>[VO] To stanowisko aktywnej pracy w centrum logistycznym, co oznacza ciągły ruch przez całą zmianę. Pracownik podnosi przedmioty o różnej masie, zgodnie z lokalnymi przepisami. Chodzi i schyla się oraz korzysta z drabinek i elektronicznych skanerów ręcznych. Praca odbywa się w otoczeniu działających urządzeń i maszyn, co wiąże się ze zmianami temperatury i poziomu hałasu. W niektórych miejscach występują również migające światła. Od wszystkich członków zespołu oczekujemy przestrzegania zasad i procedur bezpieczeństwa, które chronią ich samych i ich współpracowników. Wcześniejsze doświadczenie nie jest wymagane. Zapewniamy pełne przeszkolenie i możliwości zdobycia nowych umiejętności wraz z rozwojem kariery w naszej firmie. Dołącz do nas i razem dostarczajmy radość klientom.</w:t>
        <w:br/>
        <w:br/>
        <w:t>[AD] Strzałka układa się w uśmiech.</w:t>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