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Video Transcript</w:t>
      </w:r>
    </w:p>
    <w:p>
      <w:r>
        <w:t>[VO] Vítejte v Amazonu.</w:t>
        <w:br/>
        <w:br/>
        <w:t>[AD] Členové týmu balí krabice, nakládají je a skenují zboží.</w:t>
        <w:br/>
        <w:br/>
        <w:t>[VO] Když se připojíte k našemu týmu, budete pracovat v distribučním centru. V tomto centru se budete pohybovat v různých částech budovy ať už při zaskladňování nebo vychystávání položek. Jak tedy bude vypadat váš pracovní den? Vaše pracovní náplň může zahrnovat manipulaci a třídění nových produktů při jejich příjezdu, hledání místa pro systematické umístění těchto položek do skladovacích prostor, nebo vychystávání položek z těchto prostor, když přijde objednávka. Dále pečlivé balení objednávek do krabic a přípravu k odeslání. Na jednu věc je třeba myslet. Během dne můžete zastávat jednu či více rolí. Vážíme si těch, kteří jsou flexibilní a pomůžou, když je třeba. Tohle byste o práci u nás měli vědět. Jde o roli, která vyžaduje aktivní přístup a ve které budete celý den v pohybu. Budete zvedat různě těžké předměty v souladu s místní legislativou. Práce může zahrnovat chůzi, ohýbání se, používání schůdků a ručních elektronických skenerů. Budete pracovat v blízkosti pohybujících se zařízení. Můžete být vystaveni teplotním výkyvům a setkávat se s různou mírou hluku. Některá pracoviště jsou navíc vybavena blikajícími světly. Bezpečnost je pro nás prioritou. Poskytneme vám ochranné pomůcky a projdete školením k zajištění bezpečného pracovního prostředí.</w:t>
        <w:br/>
        <w:t>Od všech členů týmů očekáváme dodržování bezpečnostních pravidel a postupů, aby chránili sebe i své kolegy. Předchozích zkušeností není třeba. Vše vás naučíme. Jak budete růst, dáme vám prostor k rozvoji nových dovedností. Přidejte se k nám a pomozte nám doručovat zákazníkům úsměvy.</w:t>
        <w:br/>
        <w:br/>
        <w:t>[AD] Šipka tvoří úsměv.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