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Video Transcript</w:t>
      </w:r>
    </w:p>
    <w:p>
      <w:r>
        <w:t>[VO] Witamy w Amazon. Dowiedz się więcej o stanowisku</w:t>
        <w:br/>
        <w:br/>
        <w:t>[AD] Pracownik obsługuje wózek widłowy.</w:t>
        <w:br/>
        <w:br/>
        <w:t>[VO] Dołączając do zespołu, będziesz mieć okazję pracować w centrum logistycznym. Pracownik Centrum logistyczne W tym centrum logistycznym będziesz przemieszczać się między różnymi częściami budynku, wykonując zadania związane z magazynowaniem produktów lub kompletowaniem zamówień. Jak będzie wyglądać Twój dzień? Twoje codzienne zadania mogą obejmować zarówno obsługę i sortowanie nowych produktów po ich dostarczeniu do naszego obiektu, jak i znajdowanie miejsca na systematyczne rozmieszczenie tych towarów w centrum lub pobieranie towarów z tych miejsc na zamówienie klientów,</w:t>
        <w:br/>
        <w:br/>
        <w:t>[AD] ciężarówka z napisem „Prime”.</w:t>
        <w:br/>
        <w:br/>
        <w:t>[VO] a także przygotowywanie zamówień klientów poprzez staranne kompletowanie i pakowanie pudełek oraz przygotowywanie ich do wysyłki lub dbanie o to, aby wszystkie paczki były prawidłowo posortowane i terminowo załadowane do ciężarówek. Warto pamiętać, że dzień pracy może skupiać się na jednym kluczowym zadaniu lub na kilku różnych. Doceniamy pracowników zespołu, którzy są otwarci na zmiany i pomagają tam, gdzie zaistnieje potrzeba. Oto, co należy wiedzieć o pracy z nami. Co należy wiedzieć To stanowisko aktywnej pracy w centrum logistycznym, co oznacza ciągły ruch przez całą zmianę. Pracownik podnosi przedmioty o różnej masie, zgodnie z lokalnymi przepisami. Chodzi i schyla się oraz korzysta z drabinek i elektronicznych skanerów ręcznych. Praca odbywa się w otoczeniu działających urządzeń i maszyn, co wiąże się ze zmianami temperatury i poziomu hałasu W niektórych miejscach występują również migające światła. Od wszystkich członków zespołu oczekujemy przestrzegania zasad i procedur bezpieczeństwa, które chronią ich samych oraz ich współpracowników. Wcześniejsze doświadczenie nie jest wymagane. Zapewniamy pełne przeszkolenie i możliwość zdobycia nowych umiejętności wraz z rozwojem kariery w naszej firmie. Dołącz do nas i razem dostarczajmy radość klientom. Dołącz do nas już dziś!</w:t>
        <w:br/>
        <w:br/>
        <w:t>[AD] Strzałka zmienia się w uśmiech.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